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Erasmus+ motivációs levél – magyar minta</w:t>
      </w:r>
    </w:p>
    <w:p>
      <w:pPr>
        <w:spacing w:after="200"/>
      </w:pPr>
      <w:r>
        <w:rPr>
          <w:i/>
          <w:color w:val="595959"/>
          <w:sz w:val="21"/>
        </w:rPr>
        <w:t>Egy hónapos külföldi szakmai gyakorlat • személyre szabható tanulói változat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73"/>
        <w:gridCol w:w="4773"/>
      </w:tblGrid>
      <w:tr>
        <w:tc>
          <w:tcPr>
            <w:tcW w:type="dxa" w:w="4773"/>
            <w:shd w:fill="EAF2F8"/>
          </w:tcPr>
          <w:p>
            <w:pPr>
              <w:spacing w:after="20"/>
            </w:pPr>
            <w:r>
              <w:rPr>
                <w:b/>
                <w:color w:val="1F4E79"/>
                <w:sz w:val="16"/>
              </w:rPr>
              <w:t>JELENTKEZŐ</w:t>
            </w:r>
          </w:p>
          <w:p>
            <w:pPr>
              <w:spacing w:after="60"/>
            </w:pPr>
            <w:r>
              <w:t>[TELJES NÉV]</w:t>
            </w:r>
          </w:p>
        </w:tc>
        <w:tc>
          <w:tcPr>
            <w:tcW w:type="dxa" w:w="4773"/>
            <w:shd w:fill="EAF2F8"/>
          </w:tcPr>
          <w:p>
            <w:pPr>
              <w:spacing w:after="20"/>
            </w:pPr>
            <w:r>
              <w:rPr>
                <w:b/>
                <w:color w:val="1F4E79"/>
                <w:sz w:val="16"/>
              </w:rPr>
              <w:t>PROGRAM</w:t>
            </w:r>
          </w:p>
          <w:p>
            <w:pPr>
              <w:spacing w:after="60"/>
            </w:pPr>
            <w:r>
              <w:t>Erasmus+ szakmai mobilitás</w:t>
            </w:r>
          </w:p>
        </w:tc>
      </w:tr>
    </w:tbl>
    <w:p>
      <w:r>
        <w:t>[Lakcím] • [Irányítószám, település]</w:t>
        <w:br/>
        <w:t>[E-mail-cím] • [Telefonszám]</w:t>
      </w:r>
    </w:p>
    <w:p>
      <w:pPr>
        <w:jc w:val="right"/>
      </w:pPr>
      <w:r>
        <w:t>[Település], [dátum]</w:t>
      </w:r>
    </w:p>
    <w:p>
      <w:r>
        <w:t>[A kiválasztásért felelős személy neve és beosztása]</w:t>
        <w:br/>
        <w:t>[Iskola / küldő intézmény neve]</w:t>
        <w:br/>
        <w:t>[Az intézmény címe]</w:t>
      </w:r>
    </w:p>
    <w:p>
      <w:pPr>
        <w:spacing w:after="140"/>
      </w:pPr>
      <w:r>
        <w:rPr>
          <w:b/>
        </w:rPr>
        <w:t>Tárgy: Jelentkezés egy hónapos Erasmus+ szakmai mobilitásra – [CÉLORSZÁG / VÁROS]</w:t>
      </w:r>
    </w:p>
    <w:p>
      <w:r>
        <w:t>Tisztelt Kiválasztási Bizottság!</w:t>
      </w:r>
    </w:p>
    <w:p>
      <w:r>
        <w:t>Ezúton szeretnék jelentkezni a [CÉLORSZÁG/VÁROS] területén megvalósuló, egy hónapos Erasmus+ szakmai mobilitási programra. Jelenleg a [ISKOLA NEVE] [ÉVFOLYAM] évfolyamos, [SZAKMA / ÁGAZAT] szakirányon tanuló diákja vagyok. Azért keltette fel különösen az érdeklődésemet ez a lehetőség, mert [EGY KONKRÉT, SZEMÉLYES INDOK, AMELY A SZAKMÁHOZ VAGY A FOGADÓHELYHEZ KAPCSOLÓDIK].</w:t>
      </w:r>
    </w:p>
    <w:p>
      <w:r>
        <w:t>Tanulmányaim során ismereteket és gyakorlati tapasztalatot szereztem a következő területeken: [2–3 KAPCSOLÓDÓ SZAKMAI VAGY GYAKORLATI KÉSZSÉG]. Például [ISKOLAI PROJEKT, GYAKORLATI FELADAT, VERSENY, DIÁKMUNKA VAGY FELELŐSSÉGTELJES TEVÉKENYSÉG RÖVID BEMUTATÁSA]. Ez a tapasztalat megtanított arra, hogy [MIT TANULTÁL BELŐLE], és megmutatta, hogy képes vagyok [KAPCSOLÓDÓ ERŐSSÉG, PÉLDÁUL PONTOS MUNKAVÉGZÉSRE, PROBLÉMAMEGOLDÁSRA VAGY EGYÜTTMŰKÖDÉSRE].</w:t>
      </w:r>
    </w:p>
    <w:p>
      <w:r>
        <w:t>A mobilitás során szeretném elmélyíteni szakmai tudásomat [KONKRÉT TERÜLET] témakörében, tapasztalatot szerezni egy nemzetközi munkahelyen, valamint valós élethelyzetekben fejleszteni idegennyelv-tudásomat. Emellett szeretném megismerni [A FOGADÓ ORSZÁGHOZ VAGY CÉGHEZ KAPCSOLÓDÓ MÓDSZER, TECHNOLÓGIA VAGY MUNKAKULTÚRA]. Hazatérésem után a megszerzett tudást [ISKOLAI PROJEKT, BESZÁMOLÓ, PREZENTÁCIÓ, PORTFÓLIÓ VAGY KÉSŐBBI SZAKMAI TERV] keretében szeretném hasznosítani és megosztani.</w:t>
      </w:r>
    </w:p>
    <w:p>
      <w:r>
        <w:t>Tisztában vagyok azzal, hogy egy külföldön töltött hónap felelősségteljes hozzáállást, rugalmasságot, önállóságot, valamint más emberek és kultúrák tiszteletét igényli. Úgy érzem, készen állok erre a kihívásra, mert [RÖVID, VALÓS PÉLDA AZ ÖNÁLLÓSÁGRA, MEGBÍZHATÓSÁGRA VAGY ALKALMAZKODÓKÉPESSÉGRE]. Vállalom a munkahelyi, munkavédelmi és programszabályok betartását, a nyitott kommunikációt, valamint azt, hogy iskolámat és Magyarországot tiszteletteljesen és méltó módon képviselem.</w:t>
      </w:r>
    </w:p>
    <w:p>
      <w:r>
        <w:t>Köszönöm, hogy elbírálják jelentkezésemet. Nagy megtiszteltetés és értékes fejlődési lehetőség lenne számomra, ha részt vehetnék az Erasmus+ programban. Szívesen állok rendelkezésre személyes meghallgatásra, illetve készséggel megadok minden további szükséges információt.</w:t>
      </w:r>
    </w:p>
    <w:p>
      <w:r>
        <w:t>Tisztelettel:</w:t>
        <w:br/>
        <w:br/>
        <w:t>[TELJES NÉV]</w:t>
        <w:br/>
        <w:t>[Aláírás – nyomtatott példány esetén]</w:t>
      </w:r>
    </w:p>
    <w:sectPr w:rsidR="00FC693F" w:rsidRPr="0006063C" w:rsidSect="00034616">
      <w:footerReference w:type="default" r:id="rId9"/>
      <w:pgSz w:w="11909" w:h="16834"/>
      <w:pgMar w:top="979" w:right="1181" w:bottom="979" w:left="1181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95959"/>
        <w:sz w:val="17"/>
      </w:rPr>
      <w:t>Erasmus+ motivációslevél-minta • magyar nyelvű tanulói változat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 w:eastAsia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F4E79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